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768FC" w14:textId="77777777" w:rsidR="00EC1D80" w:rsidRDefault="00000000">
      <w:pPr>
        <w:pStyle w:val="Title"/>
        <w:jc w:val="center"/>
      </w:pPr>
      <w:r>
        <w:rPr>
          <w:b/>
        </w:rPr>
        <w:t>Directing Your Journey: Growth &amp; Recovery</w:t>
      </w:r>
    </w:p>
    <w:p w14:paraId="20938861" w14:textId="3BA7B603" w:rsidR="00EC1D80" w:rsidRPr="00436835" w:rsidRDefault="00000000" w:rsidP="006C2CE8">
      <w:pPr>
        <w:pStyle w:val="NoSpacing"/>
        <w:jc w:val="center"/>
        <w:rPr>
          <w:b/>
          <w:bCs/>
        </w:rPr>
      </w:pPr>
      <w:r>
        <w:t xml:space="preserve">8-Week Guided Learning for Transformation </w:t>
      </w:r>
      <w:r w:rsidRPr="00436835">
        <w:rPr>
          <w:b/>
          <w:bCs/>
        </w:rPr>
        <w:t>• Tuesdays at 4:00 PM</w:t>
      </w:r>
    </w:p>
    <w:p w14:paraId="660ACAFC" w14:textId="7791285B" w:rsidR="00B46CF3" w:rsidRDefault="00B46CF3" w:rsidP="006C2CE8">
      <w:pPr>
        <w:pStyle w:val="NoSpacing"/>
        <w:jc w:val="center"/>
      </w:pPr>
      <w:r>
        <w:t xml:space="preserve">Location: in person 612 W. Madrone St, Roseburg – </w:t>
      </w:r>
      <w:r w:rsidRPr="00436835">
        <w:rPr>
          <w:b/>
          <w:bCs/>
        </w:rPr>
        <w:t xml:space="preserve">group </w:t>
      </w:r>
      <w:r w:rsidR="00251821" w:rsidRPr="00436835">
        <w:rPr>
          <w:b/>
          <w:bCs/>
        </w:rPr>
        <w:t>room 321 on the 3</w:t>
      </w:r>
      <w:r w:rsidR="00251821" w:rsidRPr="00436835">
        <w:rPr>
          <w:b/>
          <w:bCs/>
          <w:vertAlign w:val="superscript"/>
        </w:rPr>
        <w:t>rd</w:t>
      </w:r>
      <w:r w:rsidR="00251821" w:rsidRPr="00436835">
        <w:rPr>
          <w:b/>
          <w:bCs/>
        </w:rPr>
        <w:t xml:space="preserve"> floor</w:t>
      </w:r>
    </w:p>
    <w:p w14:paraId="640DA9C5" w14:textId="1B132260" w:rsidR="006C2CE8" w:rsidRDefault="006C2CE8" w:rsidP="00436835">
      <w:pPr>
        <w:pStyle w:val="NoSpacing"/>
        <w:jc w:val="center"/>
      </w:pPr>
      <w:r>
        <w:t>Arrive promptly by 345pm to be roomed before the group starts at 4pm.</w:t>
      </w:r>
    </w:p>
    <w:p w14:paraId="5A8CBBCE" w14:textId="77777777" w:rsidR="006C2CE8" w:rsidRDefault="006C2CE8" w:rsidP="006C2CE8">
      <w:pPr>
        <w:pStyle w:val="NoSpacing"/>
        <w:jc w:val="center"/>
      </w:pPr>
    </w:p>
    <w:p w14:paraId="56E3BC64" w14:textId="77777777" w:rsidR="00EC1D80" w:rsidRDefault="00000000">
      <w:pPr>
        <w:jc w:val="center"/>
      </w:pPr>
      <w:r>
        <w:rPr>
          <w:b/>
          <w:sz w:val="21"/>
        </w:rPr>
        <w:t>An 8-week skills-based group for noticing patterns, creating flexibility, and moving toward a meaningful life.</w:t>
      </w:r>
    </w:p>
    <w:p w14:paraId="79BF2948" w14:textId="77777777" w:rsidR="00EC1D80" w:rsidRDefault="00000000">
      <w:pPr>
        <w:jc w:val="center"/>
      </w:pPr>
      <w:r>
        <w:rPr>
          <w:b/>
          <w:sz w:val="21"/>
        </w:rPr>
        <w:t>Facilitator &amp; Trainer: Dr. Deric Ravsten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EC1D80" w14:paraId="5BD26D13" w14:textId="77777777">
        <w:trPr>
          <w:jc w:val="center"/>
        </w:trPr>
        <w:tc>
          <w:tcPr>
            <w:tcW w:w="5184" w:type="dxa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59FB102" w14:textId="77777777" w:rsidR="00EC1D80" w:rsidRDefault="00000000">
            <w:r>
              <w:rPr>
                <w:b/>
                <w:sz w:val="22"/>
              </w:rPr>
              <w:t>What the group offers</w:t>
            </w:r>
          </w:p>
          <w:p w14:paraId="4A566B53" w14:textId="77777777" w:rsidR="00EC1D80" w:rsidRDefault="00000000">
            <w:pPr>
              <w:pStyle w:val="ListBullet"/>
              <w:spacing w:after="20"/>
            </w:pPr>
            <w:r>
              <w:t>A structured 8-week learning series that complements individual treatment.</w:t>
            </w:r>
          </w:p>
          <w:p w14:paraId="70602192" w14:textId="77777777" w:rsidR="00EC1D80" w:rsidRDefault="00000000">
            <w:pPr>
              <w:pStyle w:val="ListBullet"/>
              <w:spacing w:after="20"/>
            </w:pPr>
            <w:r>
              <w:t>Practical skills for noticing thoughts, emotions, sensations, urges, and protective patterns without automatically being directed by them.</w:t>
            </w:r>
          </w:p>
          <w:p w14:paraId="32F4D6C0" w14:textId="77777777" w:rsidR="00EC1D80" w:rsidRDefault="00000000">
            <w:pPr>
              <w:pStyle w:val="ListBullet"/>
              <w:spacing w:after="20"/>
            </w:pPr>
            <w:r>
              <w:t>Practice with acceptance, mindfulness, values clarification, committed action, self-compassion, and small sustainable behavior change.</w:t>
            </w:r>
          </w:p>
          <w:p w14:paraId="75DF4F33" w14:textId="77777777" w:rsidR="00EC1D80" w:rsidRDefault="00000000">
            <w:pPr>
              <w:pStyle w:val="ListBullet"/>
              <w:spacing w:after="20"/>
            </w:pPr>
            <w:r>
              <w:t>A supportive group environment focused on learning and practice—not processing private trauma histories.</w:t>
            </w:r>
          </w:p>
        </w:tc>
        <w:tc>
          <w:tcPr>
            <w:tcW w:w="5184" w:type="dxa"/>
            <w:shd w:val="clear" w:color="auto" w:fill="F8F4FB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2EE545C" w14:textId="77777777" w:rsidR="00EC1D80" w:rsidRDefault="00000000">
            <w:r>
              <w:rPr>
                <w:b/>
                <w:sz w:val="22"/>
              </w:rPr>
              <w:t>When &amp; what to expect</w:t>
            </w:r>
          </w:p>
          <w:p w14:paraId="5C271893" w14:textId="77777777" w:rsidR="00EC1D80" w:rsidRDefault="00000000">
            <w:pPr>
              <w:pStyle w:val="ListBullet"/>
              <w:spacing w:after="20"/>
            </w:pPr>
            <w:r>
              <w:t>Every Tuesday at 4:00 PM for 8 consecutive group sessions.</w:t>
            </w:r>
          </w:p>
          <w:p w14:paraId="62E6A05C" w14:textId="77777777" w:rsidR="00EC1D80" w:rsidRDefault="00000000">
            <w:pPr>
              <w:pStyle w:val="ListBullet"/>
              <w:spacing w:after="20"/>
            </w:pPr>
            <w:r>
              <w:t>Each session introduces a theme, teaches a practical skill, provides guided practice, and ends with a takeaway/weekly practice.</w:t>
            </w:r>
          </w:p>
          <w:p w14:paraId="44A2C4E9" w14:textId="77777777" w:rsidR="00EC1D80" w:rsidRDefault="00000000">
            <w:pPr>
              <w:pStyle w:val="ListBullet"/>
              <w:spacing w:after="20"/>
            </w:pPr>
            <w:r>
              <w:t>Participants choose what they share; personal disclosure is not required to benefit from the skills.</w:t>
            </w:r>
          </w:p>
          <w:p w14:paraId="3368F02B" w14:textId="77777777" w:rsidR="00EC1D80" w:rsidRDefault="00000000">
            <w:pPr>
              <w:pStyle w:val="ListBullet"/>
              <w:spacing w:after="20"/>
            </w:pPr>
            <w:r>
              <w:t>The goal is progress through repeated practice: notice what is happening, make room for difficult experiences, reconnect with what matters, and take one useful next step.</w:t>
            </w:r>
          </w:p>
        </w:tc>
      </w:tr>
    </w:tbl>
    <w:p w14:paraId="32AF485F" w14:textId="77777777" w:rsidR="00EC1D80" w:rsidRDefault="00000000">
      <w:pPr>
        <w:spacing w:before="60" w:after="80"/>
      </w:pPr>
      <w:r>
        <w:rPr>
          <w:b/>
        </w:rPr>
        <w:t xml:space="preserve">Virtual participation: </w:t>
      </w:r>
      <w:r>
        <w:t xml:space="preserve">Patients participating virtually should join the group using Dr. Ravsten's Doxy.me account: </w:t>
      </w:r>
      <w:hyperlink r:id="rId6">
        <w:r>
          <w:rPr>
            <w:color w:val="0563C1"/>
            <w:u w:val="single"/>
          </w:rPr>
          <w:t>https://adapt.doxy.me/drravsten</w:t>
        </w:r>
      </w:hyperlink>
    </w:p>
    <w:p w14:paraId="09782F85" w14:textId="77777777" w:rsidR="00EC1D80" w:rsidRDefault="00000000">
      <w:pPr>
        <w:spacing w:after="40"/>
      </w:pPr>
      <w:r>
        <w:rPr>
          <w:b/>
          <w:sz w:val="22"/>
        </w:rPr>
        <w:t>The 8-week journey</w:t>
      </w:r>
    </w:p>
    <w:p w14:paraId="62C3ADF9" w14:textId="77777777" w:rsidR="00EC1D80" w:rsidRDefault="00000000">
      <w:pPr>
        <w:spacing w:after="30"/>
      </w:pPr>
      <w:r>
        <w:rPr>
          <w:b/>
        </w:rPr>
        <w:t xml:space="preserve">1. Opening the Window of Growth: </w:t>
      </w:r>
      <w:r>
        <w:t>Set an intention for treatment and change; identify what to grow, what to relate to differently, and one small action. Practice 4-2-6 breathing.</w:t>
      </w:r>
    </w:p>
    <w:p w14:paraId="07F60D31" w14:textId="77777777" w:rsidR="00EC1D80" w:rsidRDefault="00000000">
      <w:pPr>
        <w:spacing w:after="30"/>
      </w:pPr>
      <w:r>
        <w:rPr>
          <w:b/>
        </w:rPr>
        <w:t xml:space="preserve">2. Notice: You Are More Than Your Thoughts: </w:t>
      </w:r>
      <w:r>
        <w:t>Notice thoughts, emotions, sensations, and urges as experiences rather than commands or facts. Practice “I notice…” and Drop Anchor.</w:t>
      </w:r>
    </w:p>
    <w:p w14:paraId="0564BB37" w14:textId="77777777" w:rsidR="00EC1D80" w:rsidRDefault="00000000">
      <w:pPr>
        <w:spacing w:after="30"/>
      </w:pPr>
      <w:r>
        <w:rPr>
          <w:b/>
        </w:rPr>
        <w:t xml:space="preserve">3. Letting Go Without Fighting: </w:t>
      </w:r>
      <w:r>
        <w:t>Explore how struggling with thoughts and feelings can keep us stuck. Practice Observe • Breathe • Expand • Allow and identify a helpful next action.</w:t>
      </w:r>
    </w:p>
    <w:p w14:paraId="046ED91E" w14:textId="77777777" w:rsidR="00EC1D80" w:rsidRDefault="00000000">
      <w:pPr>
        <w:spacing w:after="30"/>
      </w:pPr>
      <w:r>
        <w:rPr>
          <w:b/>
        </w:rPr>
        <w:t xml:space="preserve">4. Understanding the Parts That Protect Us: </w:t>
      </w:r>
      <w:r>
        <w:t>Use an IFS-informed, curiosity-based lens to notice protective reactions without processing private trauma histories. Practice Subject vs. Object meditation.</w:t>
      </w:r>
    </w:p>
    <w:p w14:paraId="2B8C06DA" w14:textId="77777777" w:rsidR="00EC1D80" w:rsidRDefault="00000000">
      <w:pPr>
        <w:spacing w:after="30"/>
      </w:pPr>
      <w:r>
        <w:rPr>
          <w:b/>
        </w:rPr>
        <w:t xml:space="preserve">5. Getting Clear About What Matters: </w:t>
      </w:r>
      <w:r>
        <w:t>Clarify values as qualities of ongoing action and identify one observable value-based action. Practice noticing attempts to force, numb, or erase difficult experience.</w:t>
      </w:r>
    </w:p>
    <w:p w14:paraId="35EFA074" w14:textId="77777777" w:rsidR="00EC1D80" w:rsidRDefault="00000000">
      <w:pPr>
        <w:spacing w:after="30"/>
      </w:pPr>
      <w:r>
        <w:rPr>
          <w:b/>
        </w:rPr>
        <w:t xml:space="preserve">6. Notice the Old Pattern. Feed the New Direction.: </w:t>
      </w:r>
      <w:r>
        <w:t>Identify recurring loops such as rumination, isolation, self-criticism, or avoidance and strengthen a new direction. Practice cognitive defusion options and mindful movement.</w:t>
      </w:r>
    </w:p>
    <w:p w14:paraId="44EB5204" w14:textId="77777777" w:rsidR="00EC1D80" w:rsidRDefault="00000000">
      <w:pPr>
        <w:spacing w:after="30"/>
      </w:pPr>
      <w:r>
        <w:rPr>
          <w:b/>
        </w:rPr>
        <w:t xml:space="preserve">7. Your Environment Shapes Recovery: </w:t>
      </w:r>
      <w:r>
        <w:t>Choose one realistic area—sleep, movement, nutrition, connection, substance-related risk, or routine/stress—and make a small repeatable change. Practice Leaves on the Stream.</w:t>
      </w:r>
    </w:p>
    <w:p w14:paraId="12B62F0F" w14:textId="77777777" w:rsidR="00EC1D80" w:rsidRDefault="00000000">
      <w:pPr>
        <w:spacing w:after="30"/>
      </w:pPr>
      <w:r>
        <w:rPr>
          <w:b/>
        </w:rPr>
        <w:t xml:space="preserve">8. Integration: Turning Insight Into Life: </w:t>
      </w:r>
      <w:r>
        <w:t>Identify “Aha!” moments, what is changing, and a flexible next step. Build a 30-day continuation plan and practice the Wheel of Awareness.</w:t>
      </w:r>
    </w:p>
    <w:p w14:paraId="7238107D" w14:textId="77777777" w:rsidR="00EC1D80" w:rsidRDefault="00000000">
      <w:pPr>
        <w:spacing w:before="40"/>
      </w:pPr>
      <w:r>
        <w:rPr>
          <w:b/>
          <w:sz w:val="22"/>
        </w:rPr>
        <w:t>What patients can expect to gain</w:t>
      </w:r>
      <w:r>
        <w:t xml:space="preserve">  Greater awareness of personal patterns; more flexibility in responding to difficult internal experiences; clearer connection to personal values; practical strategies for regulating attention and behavior; and a repeatable process for turning insight into small, meaningful actions.</w:t>
      </w:r>
    </w:p>
    <w:p w14:paraId="29CC7F9E" w14:textId="5B33EE6B" w:rsidR="00EC1D80" w:rsidRDefault="00000000">
      <w:r>
        <w:rPr>
          <w:b/>
        </w:rPr>
        <w:t xml:space="preserve">Core message: </w:t>
      </w:r>
      <w:r>
        <w:t>Treatment can open the door to change. The work is to keep showing up, notice what is happening, choose what matters, and practice one useful step at a time.</w:t>
      </w:r>
      <w:r>
        <w:br w:type="page"/>
      </w:r>
    </w:p>
    <w:p w14:paraId="44BEF7FE" w14:textId="77777777" w:rsidR="00436835" w:rsidRDefault="00436835">
      <w:pPr>
        <w:jc w:val="center"/>
        <w:rPr>
          <w:b/>
          <w:sz w:val="36"/>
        </w:rPr>
      </w:pPr>
    </w:p>
    <w:p w14:paraId="25488DC4" w14:textId="724E667F" w:rsidR="00EC1D80" w:rsidRDefault="00436835">
      <w:pPr>
        <w:jc w:val="center"/>
      </w:pPr>
      <w:r>
        <w:rPr>
          <w:b/>
          <w:sz w:val="36"/>
        </w:rPr>
        <w:t>V</w:t>
      </w:r>
      <w:r w:rsidR="00000000">
        <w:rPr>
          <w:b/>
          <w:sz w:val="36"/>
        </w:rPr>
        <w:t>irtual Group Participation Checklist</w:t>
      </w:r>
    </w:p>
    <w:p w14:paraId="6B7368F9" w14:textId="77777777" w:rsidR="00EC1D80" w:rsidRPr="00065825" w:rsidRDefault="00000000">
      <w:pPr>
        <w:jc w:val="center"/>
        <w:rPr>
          <w:sz w:val="22"/>
        </w:rPr>
      </w:pPr>
      <w:r w:rsidRPr="00065825">
        <w:rPr>
          <w:i/>
          <w:sz w:val="22"/>
        </w:rPr>
        <w:t>For patients joining Growth &amp; Recovery virtually</w:t>
      </w:r>
    </w:p>
    <w:p w14:paraId="458F1151" w14:textId="77777777" w:rsidR="00EC1D80" w:rsidRPr="00065825" w:rsidRDefault="00000000">
      <w:pPr>
        <w:rPr>
          <w:sz w:val="22"/>
        </w:rPr>
      </w:pPr>
      <w:r w:rsidRPr="00065825">
        <w:rPr>
          <w:b/>
          <w:sz w:val="22"/>
        </w:rPr>
        <w:t xml:space="preserve">Join the group: </w:t>
      </w:r>
      <w:r w:rsidRPr="00065825">
        <w:rPr>
          <w:sz w:val="22"/>
        </w:rPr>
        <w:t xml:space="preserve">Dr. Ravsten's Doxy.me account — </w:t>
      </w:r>
      <w:hyperlink r:id="rId7">
        <w:r w:rsidRPr="00065825">
          <w:rPr>
            <w:color w:val="0563C1"/>
            <w:sz w:val="22"/>
            <w:u w:val="single"/>
          </w:rPr>
          <w:t>https://adapt.doxy.me/drravsten</w:t>
        </w:r>
      </w:hyperlink>
    </w:p>
    <w:p w14:paraId="61C88B1F" w14:textId="4944CE6D" w:rsidR="00065825" w:rsidRPr="00065825" w:rsidRDefault="00065825">
      <w:pPr>
        <w:rPr>
          <w:sz w:val="22"/>
        </w:rPr>
      </w:pPr>
      <w:r w:rsidRPr="00065825">
        <w:rPr>
          <w:sz w:val="22"/>
        </w:rPr>
        <w:t xml:space="preserve">Participation </w:t>
      </w:r>
      <w:r>
        <w:rPr>
          <w:sz w:val="22"/>
        </w:rPr>
        <w:t xml:space="preserve">virtually </w:t>
      </w:r>
      <w:r w:rsidR="0025231F">
        <w:rPr>
          <w:sz w:val="22"/>
        </w:rPr>
        <w:t xml:space="preserve">is approved with adherence with each item on the </w:t>
      </w:r>
      <w:r w:rsidR="00526567">
        <w:rPr>
          <w:sz w:val="22"/>
        </w:rPr>
        <w:t xml:space="preserve">checklist noted below: </w:t>
      </w:r>
    </w:p>
    <w:p w14:paraId="1C9829D1" w14:textId="77777777" w:rsidR="00EC1D80" w:rsidRPr="00065825" w:rsidRDefault="00000000">
      <w:pPr>
        <w:rPr>
          <w:sz w:val="22"/>
        </w:rPr>
      </w:pPr>
      <w:r w:rsidRPr="00065825">
        <w:rPr>
          <w:b/>
          <w:sz w:val="22"/>
        </w:rPr>
        <w:t>Virtual Group Etiquette</w:t>
      </w:r>
    </w:p>
    <w:p w14:paraId="14890527" w14:textId="4F18BEFF" w:rsidR="00EC1D80" w:rsidRPr="00065825" w:rsidRDefault="00000000">
      <w:pPr>
        <w:spacing w:after="60"/>
        <w:ind w:left="216"/>
        <w:rPr>
          <w:sz w:val="22"/>
        </w:rPr>
      </w:pPr>
      <w:proofErr w:type="gramStart"/>
      <w:r w:rsidRPr="00065825">
        <w:rPr>
          <w:sz w:val="22"/>
        </w:rPr>
        <w:t xml:space="preserve">☐ </w:t>
      </w:r>
      <w:r w:rsidR="00A43784">
        <w:rPr>
          <w:sz w:val="22"/>
        </w:rPr>
        <w:t xml:space="preserve"> </w:t>
      </w:r>
      <w:r w:rsidRPr="00065825">
        <w:rPr>
          <w:sz w:val="22"/>
        </w:rPr>
        <w:t>Participate</w:t>
      </w:r>
      <w:proofErr w:type="gramEnd"/>
      <w:r w:rsidRPr="00065825">
        <w:rPr>
          <w:sz w:val="22"/>
        </w:rPr>
        <w:t xml:space="preserve"> from a distraction-free space.</w:t>
      </w:r>
    </w:p>
    <w:p w14:paraId="0F8F1F74" w14:textId="77777777" w:rsidR="004D74DA" w:rsidRDefault="00A43784" w:rsidP="00A43784">
      <w:pPr>
        <w:spacing w:after="60"/>
        <w:ind w:left="216"/>
        <w:rPr>
          <w:sz w:val="22"/>
        </w:rPr>
      </w:pPr>
      <w:proofErr w:type="gramStart"/>
      <w:r w:rsidRPr="00065825">
        <w:rPr>
          <w:sz w:val="22"/>
        </w:rPr>
        <w:t xml:space="preserve">☐ </w:t>
      </w:r>
      <w:r>
        <w:rPr>
          <w:sz w:val="22"/>
        </w:rPr>
        <w:t xml:space="preserve"> </w:t>
      </w:r>
      <w:r>
        <w:rPr>
          <w:sz w:val="22"/>
        </w:rPr>
        <w:t>Check</w:t>
      </w:r>
      <w:proofErr w:type="gramEnd"/>
      <w:r>
        <w:rPr>
          <w:sz w:val="22"/>
        </w:rPr>
        <w:t xml:space="preserve"> in to </w:t>
      </w:r>
      <w:r w:rsidR="004D74DA">
        <w:rPr>
          <w:sz w:val="22"/>
        </w:rPr>
        <w:t xml:space="preserve">the virtual waiting room at 345pm </w:t>
      </w:r>
    </w:p>
    <w:p w14:paraId="679774EB" w14:textId="3315289A" w:rsidR="00EC1D80" w:rsidRPr="00065825" w:rsidRDefault="00000000">
      <w:pPr>
        <w:spacing w:after="60"/>
        <w:ind w:left="216"/>
        <w:rPr>
          <w:sz w:val="22"/>
        </w:rPr>
      </w:pPr>
      <w:r w:rsidRPr="00065825">
        <w:rPr>
          <w:sz w:val="22"/>
        </w:rPr>
        <w:t>☐ Act as though we are all here in the room together.</w:t>
      </w:r>
    </w:p>
    <w:p w14:paraId="386D4DB6" w14:textId="77777777" w:rsidR="00EC1D80" w:rsidRPr="00065825" w:rsidRDefault="00000000">
      <w:pPr>
        <w:spacing w:after="60"/>
        <w:ind w:left="216"/>
        <w:rPr>
          <w:sz w:val="22"/>
        </w:rPr>
      </w:pPr>
      <w:r w:rsidRPr="00065825">
        <w:rPr>
          <w:sz w:val="22"/>
        </w:rPr>
        <w:t>☐ Keep your microphone on mute unless you are speaking.</w:t>
      </w:r>
    </w:p>
    <w:p w14:paraId="544B2000" w14:textId="77777777" w:rsidR="00EC1D80" w:rsidRPr="00065825" w:rsidRDefault="00000000">
      <w:pPr>
        <w:spacing w:after="60"/>
        <w:ind w:left="216"/>
        <w:rPr>
          <w:sz w:val="22"/>
        </w:rPr>
      </w:pPr>
      <w:r w:rsidRPr="00065825">
        <w:rPr>
          <w:sz w:val="22"/>
        </w:rPr>
        <w:t>☐ Avoid in-group distractions such as consuming food or drink, texting or talking on a cellphone, arriving late or leaving early, taking bathroom breaks during group, or walking around/moving the camera or phone.</w:t>
      </w:r>
    </w:p>
    <w:p w14:paraId="61177484" w14:textId="77777777" w:rsidR="00EC1D80" w:rsidRPr="00065825" w:rsidRDefault="00000000">
      <w:pPr>
        <w:spacing w:after="60"/>
        <w:ind w:left="216"/>
        <w:rPr>
          <w:sz w:val="22"/>
        </w:rPr>
      </w:pPr>
      <w:r w:rsidRPr="00065825">
        <w:rPr>
          <w:sz w:val="22"/>
        </w:rPr>
        <w:t>☐ Create a disturbance-free room for the duration of the group session; do not participate from a car or outside.</w:t>
      </w:r>
    </w:p>
    <w:p w14:paraId="5BDDE7F5" w14:textId="77777777" w:rsidR="00EC1D80" w:rsidRDefault="00000000">
      <w:pPr>
        <w:spacing w:after="60"/>
        <w:ind w:left="216"/>
        <w:rPr>
          <w:sz w:val="22"/>
        </w:rPr>
      </w:pPr>
      <w:r w:rsidRPr="00065825">
        <w:rPr>
          <w:sz w:val="22"/>
        </w:rPr>
        <w:t xml:space="preserve">☐ Sit in a chair and </w:t>
      </w:r>
      <w:proofErr w:type="gramStart"/>
      <w:r w:rsidRPr="00065825">
        <w:rPr>
          <w:sz w:val="22"/>
        </w:rPr>
        <w:t>dress/present</w:t>
      </w:r>
      <w:proofErr w:type="gramEnd"/>
      <w:r w:rsidRPr="00065825">
        <w:rPr>
          <w:sz w:val="22"/>
        </w:rPr>
        <w:t xml:space="preserve"> as you would if you were present in the group room.</w:t>
      </w:r>
    </w:p>
    <w:p w14:paraId="06E793ED" w14:textId="34386366" w:rsidR="0060300E" w:rsidRDefault="0060300E">
      <w:pPr>
        <w:spacing w:after="60"/>
        <w:ind w:left="216"/>
        <w:rPr>
          <w:sz w:val="22"/>
        </w:rPr>
      </w:pPr>
      <w:proofErr w:type="gramStart"/>
      <w:r w:rsidRPr="00065825">
        <w:rPr>
          <w:sz w:val="22"/>
        </w:rPr>
        <w:t xml:space="preserve">☐ </w:t>
      </w:r>
      <w:r>
        <w:rPr>
          <w:sz w:val="22"/>
        </w:rPr>
        <w:t xml:space="preserve"> No</w:t>
      </w:r>
      <w:proofErr w:type="gramEnd"/>
      <w:r>
        <w:rPr>
          <w:sz w:val="22"/>
        </w:rPr>
        <w:t xml:space="preserve"> animals, food or drink </w:t>
      </w:r>
      <w:r w:rsidR="0019678A">
        <w:rPr>
          <w:sz w:val="22"/>
        </w:rPr>
        <w:t xml:space="preserve">should be in the room to avoid unnecessary distraction. </w:t>
      </w:r>
    </w:p>
    <w:p w14:paraId="2FB860D8" w14:textId="77777777" w:rsidR="00C13F1D" w:rsidRPr="00065825" w:rsidRDefault="00C13F1D">
      <w:pPr>
        <w:spacing w:after="60"/>
        <w:ind w:left="216"/>
        <w:rPr>
          <w:sz w:val="22"/>
        </w:rPr>
      </w:pPr>
    </w:p>
    <w:p w14:paraId="6B189371" w14:textId="77777777" w:rsidR="00EC1D80" w:rsidRPr="00065825" w:rsidRDefault="00000000">
      <w:pPr>
        <w:rPr>
          <w:sz w:val="22"/>
        </w:rPr>
      </w:pPr>
      <w:r w:rsidRPr="00065825">
        <w:rPr>
          <w:b/>
          <w:sz w:val="22"/>
        </w:rPr>
        <w:t>Group Participation: Rules, Norms &amp; Expectations</w:t>
      </w:r>
    </w:p>
    <w:p w14:paraId="28DD5668" w14:textId="77777777" w:rsidR="00EC1D80" w:rsidRPr="00065825" w:rsidRDefault="00000000">
      <w:pPr>
        <w:spacing w:after="60"/>
        <w:ind w:left="216"/>
        <w:rPr>
          <w:sz w:val="22"/>
        </w:rPr>
      </w:pPr>
      <w:r w:rsidRPr="00065825">
        <w:rPr>
          <w:sz w:val="22"/>
        </w:rPr>
        <w:t>☐ Be on time and attend the scheduled group sessions.</w:t>
      </w:r>
    </w:p>
    <w:p w14:paraId="4E488D1A" w14:textId="77777777" w:rsidR="00EC1D80" w:rsidRPr="00065825" w:rsidRDefault="00000000">
      <w:pPr>
        <w:spacing w:after="60"/>
        <w:ind w:left="216"/>
        <w:rPr>
          <w:sz w:val="22"/>
        </w:rPr>
      </w:pPr>
      <w:r w:rsidRPr="00065825">
        <w:rPr>
          <w:sz w:val="22"/>
        </w:rPr>
        <w:t>☐ Be curious about learning to observe your thoughts and emotions.</w:t>
      </w:r>
    </w:p>
    <w:p w14:paraId="5059F68F" w14:textId="77777777" w:rsidR="00EC1D80" w:rsidRPr="00065825" w:rsidRDefault="00000000">
      <w:pPr>
        <w:spacing w:after="60"/>
        <w:ind w:left="216"/>
        <w:rPr>
          <w:sz w:val="22"/>
        </w:rPr>
      </w:pPr>
      <w:r w:rsidRPr="00065825">
        <w:rPr>
          <w:sz w:val="22"/>
        </w:rPr>
        <w:t>☐ Recognize and respect that each participant and Dr. Ravsten are on a similar journey of growth.</w:t>
      </w:r>
    </w:p>
    <w:p w14:paraId="2654BD2B" w14:textId="77777777" w:rsidR="00EC1D80" w:rsidRPr="00065825" w:rsidRDefault="00000000">
      <w:pPr>
        <w:spacing w:after="60"/>
        <w:ind w:left="216"/>
        <w:rPr>
          <w:sz w:val="22"/>
        </w:rPr>
      </w:pPr>
      <w:r w:rsidRPr="00065825">
        <w:rPr>
          <w:sz w:val="22"/>
        </w:rPr>
        <w:t>☐ Practice empathy and compassion as values during the week.</w:t>
      </w:r>
    </w:p>
    <w:p w14:paraId="1BE9DFB5" w14:textId="77777777" w:rsidR="00EC1D80" w:rsidRPr="00065825" w:rsidRDefault="00000000">
      <w:pPr>
        <w:spacing w:after="60"/>
        <w:ind w:left="216"/>
        <w:rPr>
          <w:sz w:val="22"/>
        </w:rPr>
      </w:pPr>
      <w:r w:rsidRPr="00065825">
        <w:rPr>
          <w:sz w:val="22"/>
        </w:rPr>
        <w:t>☐ Practice for approximately 10–15 minutes each day using the group invitations and skills.</w:t>
      </w:r>
    </w:p>
    <w:p w14:paraId="7637E85C" w14:textId="77777777" w:rsidR="00EC1D80" w:rsidRPr="00065825" w:rsidRDefault="00000000">
      <w:pPr>
        <w:spacing w:after="60"/>
        <w:ind w:left="216"/>
        <w:rPr>
          <w:sz w:val="22"/>
        </w:rPr>
      </w:pPr>
      <w:r w:rsidRPr="00065825">
        <w:rPr>
          <w:sz w:val="22"/>
        </w:rPr>
        <w:t>☐ As directed by Dr. Ravsten, share what you notice moment-to-moment using your senses, thoughts, emotions, and experience.</w:t>
      </w:r>
    </w:p>
    <w:p w14:paraId="59DA07CF" w14:textId="77777777" w:rsidR="00EC1D80" w:rsidRPr="00065825" w:rsidRDefault="00000000">
      <w:pPr>
        <w:spacing w:after="60"/>
        <w:ind w:left="216"/>
        <w:rPr>
          <w:sz w:val="22"/>
        </w:rPr>
      </w:pPr>
      <w:r w:rsidRPr="00065825">
        <w:rPr>
          <w:sz w:val="22"/>
        </w:rPr>
        <w:t>☐ Maintain confidentiality: respect the privacy of other group participants and do not share what they disclose outside the group.</w:t>
      </w:r>
    </w:p>
    <w:p w14:paraId="1C6A69BE" w14:textId="77777777" w:rsidR="00EC1D80" w:rsidRPr="00065825" w:rsidRDefault="00000000">
      <w:pPr>
        <w:spacing w:after="60"/>
        <w:ind w:left="216"/>
        <w:rPr>
          <w:sz w:val="22"/>
        </w:rPr>
      </w:pPr>
      <w:r w:rsidRPr="00065825">
        <w:rPr>
          <w:sz w:val="22"/>
        </w:rPr>
        <w:t>☐ Have the materials identified for the group available for participation and practice.</w:t>
      </w:r>
    </w:p>
    <w:p w14:paraId="396753D3" w14:textId="77777777" w:rsidR="00EC1D80" w:rsidRPr="00065825" w:rsidRDefault="00000000">
      <w:pPr>
        <w:spacing w:before="120"/>
        <w:jc w:val="center"/>
        <w:rPr>
          <w:sz w:val="22"/>
        </w:rPr>
      </w:pPr>
      <w:r w:rsidRPr="00065825">
        <w:rPr>
          <w:b/>
          <w:sz w:val="22"/>
        </w:rPr>
        <w:t>Thank you for helping create a focused, respectful, and confidential virtual group environment.</w:t>
      </w:r>
    </w:p>
    <w:sectPr w:rsidR="00EC1D80" w:rsidRPr="00065825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3178745">
    <w:abstractNumId w:val="8"/>
  </w:num>
  <w:num w:numId="2" w16cid:durableId="766000748">
    <w:abstractNumId w:val="6"/>
  </w:num>
  <w:num w:numId="3" w16cid:durableId="1324502681">
    <w:abstractNumId w:val="5"/>
  </w:num>
  <w:num w:numId="4" w16cid:durableId="1695425700">
    <w:abstractNumId w:val="4"/>
  </w:num>
  <w:num w:numId="5" w16cid:durableId="1607999315">
    <w:abstractNumId w:val="7"/>
  </w:num>
  <w:num w:numId="6" w16cid:durableId="1333528832">
    <w:abstractNumId w:val="3"/>
  </w:num>
  <w:num w:numId="7" w16cid:durableId="1482236128">
    <w:abstractNumId w:val="2"/>
  </w:num>
  <w:num w:numId="8" w16cid:durableId="2142771230">
    <w:abstractNumId w:val="1"/>
  </w:num>
  <w:num w:numId="9" w16cid:durableId="756025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5825"/>
    <w:rsid w:val="000A46ED"/>
    <w:rsid w:val="0015074B"/>
    <w:rsid w:val="0019678A"/>
    <w:rsid w:val="00251821"/>
    <w:rsid w:val="0025231F"/>
    <w:rsid w:val="0029639D"/>
    <w:rsid w:val="002E19BE"/>
    <w:rsid w:val="00326F90"/>
    <w:rsid w:val="00373CBF"/>
    <w:rsid w:val="00436835"/>
    <w:rsid w:val="004D74DA"/>
    <w:rsid w:val="00526567"/>
    <w:rsid w:val="0060300E"/>
    <w:rsid w:val="006A7D36"/>
    <w:rsid w:val="006C2CE8"/>
    <w:rsid w:val="009D6A63"/>
    <w:rsid w:val="00A43784"/>
    <w:rsid w:val="00A555AB"/>
    <w:rsid w:val="00AA1D8D"/>
    <w:rsid w:val="00B46CF3"/>
    <w:rsid w:val="00B47730"/>
    <w:rsid w:val="00BC5624"/>
    <w:rsid w:val="00C13F1D"/>
    <w:rsid w:val="00CB0664"/>
    <w:rsid w:val="00EC1D8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410A1A36-3256-4DB9-9BFA-C3EF6EEAB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adapt.doxy.me/drravste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dapt.doxy.me/drravste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827</Words>
  <Characters>4717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Deric Ravsten</cp:lastModifiedBy>
  <cp:revision>19</cp:revision>
  <dcterms:created xsi:type="dcterms:W3CDTF">2013-12-23T23:15:00Z</dcterms:created>
  <dcterms:modified xsi:type="dcterms:W3CDTF">2026-10-02T20:55:00Z</dcterms:modified>
  <cp:category/>
</cp:coreProperties>
</file>